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9F43F" w14:textId="77777777" w:rsidR="00302B85" w:rsidRDefault="001569C8">
      <w:pPr>
        <w:jc w:val="center"/>
      </w:pPr>
      <w:r>
        <w:rPr>
          <w:noProof/>
        </w:rPr>
        <w:drawing>
          <wp:inline distT="0" distB="0" distL="0" distR="0" wp14:anchorId="3A9BB0CB" wp14:editId="01DA1C0A">
            <wp:extent cx="2011680" cy="12103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210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BF983" w14:textId="77777777" w:rsidR="00302B85" w:rsidRDefault="001569C8">
      <w:pPr>
        <w:jc w:val="center"/>
      </w:pPr>
      <w:r>
        <w:rPr>
          <w:b/>
          <w:sz w:val="36"/>
        </w:rPr>
        <w:t>ANIMAL FARM: KEY QUOTES KNOWLEDGE ORGANISER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48"/>
        <w:gridCol w:w="7348"/>
      </w:tblGrid>
      <w:tr w:rsidR="00302B85" w14:paraId="4E170B32" w14:textId="77777777">
        <w:tc>
          <w:tcPr>
            <w:tcW w:w="7353" w:type="dxa"/>
          </w:tcPr>
          <w:p w14:paraId="44B0149F" w14:textId="77777777" w:rsidR="00302B85" w:rsidRDefault="001569C8">
            <w:r>
              <w:rPr>
                <w:b/>
              </w:rPr>
              <w:t>Napoleon</w:t>
            </w:r>
            <w:r>
              <w:rPr>
                <w:b/>
              </w:rPr>
              <w:br/>
            </w:r>
          </w:p>
          <w:p w14:paraId="3213DF52" w14:textId="77777777" w:rsidR="00302B85" w:rsidRDefault="001569C8">
            <w:r>
              <w:t>• Napoleon is always right.</w:t>
            </w:r>
          </w:p>
          <w:p w14:paraId="3F6B122C" w14:textId="77777777" w:rsidR="00302B85" w:rsidRDefault="001569C8">
            <w:r>
              <w:t>• Never mind the milk, comrades!</w:t>
            </w:r>
          </w:p>
          <w:p w14:paraId="09A50378" w14:textId="77777777" w:rsidR="00302B85" w:rsidRDefault="001569C8">
            <w:r>
              <w:t>• The windmill was Napoleon's triumph.</w:t>
            </w:r>
          </w:p>
          <w:p w14:paraId="1A82D223" w14:textId="77777777" w:rsidR="00302B85" w:rsidRDefault="001569C8">
            <w:r>
              <w:t>• The creatures outside looked from pig to man...</w:t>
            </w:r>
          </w:p>
          <w:p w14:paraId="27C43D64" w14:textId="77777777" w:rsidR="00302B85" w:rsidRDefault="001569C8">
            <w:r>
              <w:t>• A pile of corpses lay before Napoleon's feet.</w:t>
            </w:r>
          </w:p>
        </w:tc>
        <w:tc>
          <w:tcPr>
            <w:tcW w:w="7353" w:type="dxa"/>
          </w:tcPr>
          <w:p w14:paraId="2E73F368" w14:textId="77777777" w:rsidR="00302B85" w:rsidRDefault="001569C8">
            <w:r>
              <w:rPr>
                <w:b/>
              </w:rPr>
              <w:t>Boxer</w:t>
            </w:r>
            <w:r>
              <w:rPr>
                <w:b/>
              </w:rPr>
              <w:br/>
            </w:r>
          </w:p>
          <w:p w14:paraId="314D9A99" w14:textId="77777777" w:rsidR="00302B85" w:rsidRDefault="001569C8">
            <w:r>
              <w:t>• I will work harder.</w:t>
            </w:r>
          </w:p>
          <w:p w14:paraId="0930B3CE" w14:textId="77777777" w:rsidR="00302B85" w:rsidRDefault="001569C8">
            <w:r>
              <w:t>• Napoleon is always right.</w:t>
            </w:r>
          </w:p>
          <w:p w14:paraId="2AEDD8DF" w14:textId="601C9F12" w:rsidR="00302B85" w:rsidRDefault="001569C8">
            <w:r>
              <w:t>• Boxer was an enormous beast...</w:t>
            </w:r>
          </w:p>
          <w:p w14:paraId="01A5BB82" w14:textId="77777777" w:rsidR="00302B85" w:rsidRDefault="001569C8">
            <w:r>
              <w:t>• Boxer's lungs had not recovered sufficiently.</w:t>
            </w:r>
          </w:p>
        </w:tc>
      </w:tr>
      <w:tr w:rsidR="00302B85" w14:paraId="377E3839" w14:textId="77777777">
        <w:tc>
          <w:tcPr>
            <w:tcW w:w="7353" w:type="dxa"/>
          </w:tcPr>
          <w:p w14:paraId="65155401" w14:textId="77777777" w:rsidR="00302B85" w:rsidRDefault="001569C8">
            <w:r>
              <w:rPr>
                <w:b/>
              </w:rPr>
              <w:t>Snowball</w:t>
            </w:r>
            <w:r>
              <w:rPr>
                <w:b/>
              </w:rPr>
              <w:br/>
            </w:r>
          </w:p>
          <w:p w14:paraId="7E44A3AB" w14:textId="77777777" w:rsidR="00302B85" w:rsidRDefault="001569C8">
            <w:r>
              <w:t>• Snowball was a more vivacious pig...</w:t>
            </w:r>
          </w:p>
          <w:p w14:paraId="2A47DA3F" w14:textId="77777777" w:rsidR="00302B85" w:rsidRDefault="001569C8">
            <w:r>
              <w:t>• These two disagreed at every point...</w:t>
            </w:r>
          </w:p>
          <w:p w14:paraId="218C77EF" w14:textId="77777777" w:rsidR="00302B85" w:rsidRDefault="001569C8">
            <w:r>
              <w:t>• Snowball now threw himself into organising...</w:t>
            </w:r>
          </w:p>
          <w:p w14:paraId="24E1C585" w14:textId="77777777" w:rsidR="00302B85" w:rsidRDefault="001569C8">
            <w:r>
              <w:t>• At the meetings Snowball often won over the majority.</w:t>
            </w:r>
          </w:p>
          <w:p w14:paraId="046353EA" w14:textId="77777777" w:rsidR="00302B85" w:rsidRDefault="001569C8">
            <w:r>
              <w:t>• They dashed straight for Snowball.</w:t>
            </w:r>
          </w:p>
        </w:tc>
        <w:tc>
          <w:tcPr>
            <w:tcW w:w="7353" w:type="dxa"/>
          </w:tcPr>
          <w:p w14:paraId="7196EE41" w14:textId="77777777" w:rsidR="00302B85" w:rsidRDefault="001569C8">
            <w:r>
              <w:rPr>
                <w:b/>
              </w:rPr>
              <w:t>Squealer</w:t>
            </w:r>
            <w:r>
              <w:rPr>
                <w:b/>
              </w:rPr>
              <w:br/>
            </w:r>
          </w:p>
          <w:p w14:paraId="463F20EF" w14:textId="77777777" w:rsidR="00302B85" w:rsidRDefault="001569C8">
            <w:r>
              <w:t>• A brilliant talker.</w:t>
            </w:r>
          </w:p>
          <w:p w14:paraId="7EDF4B42" w14:textId="77777777" w:rsidR="00302B85" w:rsidRDefault="001569C8">
            <w:r>
              <w:t>• He could turn black into white.</w:t>
            </w:r>
          </w:p>
          <w:p w14:paraId="57572C65" w14:textId="77777777" w:rsidR="00302B85" w:rsidRDefault="001569C8">
            <w:r>
              <w:t>• Do not imagine, comrades, that leadership is a pleasure!</w:t>
            </w:r>
          </w:p>
          <w:p w14:paraId="464EFDA0" w14:textId="77777777" w:rsidR="00302B85" w:rsidRDefault="001569C8">
            <w:r>
              <w:t>• Surely, comrades, you do not want Jones back?</w:t>
            </w:r>
          </w:p>
          <w:p w14:paraId="5F64C248" w14:textId="77777777" w:rsidR="00302B85" w:rsidRDefault="001569C8">
            <w:r>
              <w:t>• It had become usual to give Napoleon the credit...</w:t>
            </w:r>
          </w:p>
        </w:tc>
      </w:tr>
      <w:tr w:rsidR="00302B85" w14:paraId="51C5D62B" w14:textId="77777777">
        <w:tc>
          <w:tcPr>
            <w:tcW w:w="7353" w:type="dxa"/>
          </w:tcPr>
          <w:p w14:paraId="003FA40C" w14:textId="77777777" w:rsidR="00302B85" w:rsidRDefault="001569C8">
            <w:r>
              <w:rPr>
                <w:b/>
              </w:rPr>
              <w:t>Old Major</w:t>
            </w:r>
            <w:r>
              <w:rPr>
                <w:b/>
              </w:rPr>
              <w:br/>
            </w:r>
          </w:p>
          <w:p w14:paraId="248522D3" w14:textId="77777777" w:rsidR="00302B85" w:rsidRDefault="001569C8">
            <w:r>
              <w:t>• All men are enemies. All animals are comrades.</w:t>
            </w:r>
          </w:p>
          <w:p w14:paraId="2295B08D" w14:textId="77777777" w:rsidR="00302B85" w:rsidRDefault="001569C8">
            <w:r>
              <w:t>• Remove Man from the scene...</w:t>
            </w:r>
          </w:p>
          <w:p w14:paraId="63A2E66A" w14:textId="77777777" w:rsidR="00302B85" w:rsidRDefault="001569C8">
            <w:r>
              <w:t>• Whatever goes upon two legs is an enemy.</w:t>
            </w:r>
          </w:p>
          <w:p w14:paraId="7B6E5E80" w14:textId="77777777" w:rsidR="00302B85" w:rsidRDefault="001569C8">
            <w:r>
              <w:t>• We must not come to resemble him.</w:t>
            </w:r>
          </w:p>
          <w:p w14:paraId="542C4737" w14:textId="77777777" w:rsidR="00302B85" w:rsidRDefault="001569C8">
            <w:r>
              <w:t>• England will be a republic before long.</w:t>
            </w:r>
          </w:p>
        </w:tc>
        <w:tc>
          <w:tcPr>
            <w:tcW w:w="7353" w:type="dxa"/>
          </w:tcPr>
          <w:p w14:paraId="41B4E66B" w14:textId="77777777" w:rsidR="00302B85" w:rsidRDefault="001569C8">
            <w:r>
              <w:rPr>
                <w:b/>
              </w:rPr>
              <w:t>Power &amp; Corruption</w:t>
            </w:r>
            <w:r>
              <w:rPr>
                <w:b/>
              </w:rPr>
              <w:br/>
            </w:r>
          </w:p>
          <w:p w14:paraId="53F85DC1" w14:textId="77777777" w:rsidR="00302B85" w:rsidRDefault="001569C8">
            <w:r>
              <w:t>• All animals are equal, but some animals are more equal than others.</w:t>
            </w:r>
          </w:p>
          <w:p w14:paraId="7A318881" w14:textId="77777777" w:rsidR="00302B85" w:rsidRDefault="001569C8">
            <w:r>
              <w:t>• Surely, comrades, you do not want Jones back?</w:t>
            </w:r>
          </w:p>
          <w:p w14:paraId="594EC36F" w14:textId="77777777" w:rsidR="00302B85" w:rsidRDefault="001569C8">
            <w:r>
              <w:t>• Napoleon is always right.</w:t>
            </w:r>
          </w:p>
          <w:p w14:paraId="3DAC5BDB" w14:textId="77777777" w:rsidR="00302B85" w:rsidRDefault="001569C8">
            <w:r>
              <w:t>• The windmill was Napoleon's triumph.</w:t>
            </w:r>
          </w:p>
          <w:p w14:paraId="184CB4EE" w14:textId="77777777" w:rsidR="00302B85" w:rsidRDefault="001569C8">
            <w:r>
              <w:t>• The creatures outside looked from pig to man...</w:t>
            </w:r>
          </w:p>
        </w:tc>
      </w:tr>
    </w:tbl>
    <w:p w14:paraId="2DB602F1" w14:textId="77777777" w:rsidR="00DB3957" w:rsidRDefault="00DB3957"/>
    <w:sectPr w:rsidR="00DB3957" w:rsidSect="00034616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9260633">
    <w:abstractNumId w:val="8"/>
  </w:num>
  <w:num w:numId="2" w16cid:durableId="791826592">
    <w:abstractNumId w:val="6"/>
  </w:num>
  <w:num w:numId="3" w16cid:durableId="962464457">
    <w:abstractNumId w:val="5"/>
  </w:num>
  <w:num w:numId="4" w16cid:durableId="1837455606">
    <w:abstractNumId w:val="4"/>
  </w:num>
  <w:num w:numId="5" w16cid:durableId="598489576">
    <w:abstractNumId w:val="7"/>
  </w:num>
  <w:num w:numId="6" w16cid:durableId="1727797531">
    <w:abstractNumId w:val="3"/>
  </w:num>
  <w:num w:numId="7" w16cid:durableId="1299074411">
    <w:abstractNumId w:val="2"/>
  </w:num>
  <w:num w:numId="8" w16cid:durableId="714037319">
    <w:abstractNumId w:val="1"/>
  </w:num>
  <w:num w:numId="9" w16cid:durableId="1613055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69C8"/>
    <w:rsid w:val="0029639D"/>
    <w:rsid w:val="00302B85"/>
    <w:rsid w:val="00326F90"/>
    <w:rsid w:val="00385334"/>
    <w:rsid w:val="004B396D"/>
    <w:rsid w:val="00AA1D8D"/>
    <w:rsid w:val="00B47730"/>
    <w:rsid w:val="00CB0664"/>
    <w:rsid w:val="00DB3957"/>
    <w:rsid w:val="00E63F4E"/>
    <w:rsid w:val="00F66C9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7A5D7A"/>
  <w14:defaultImageDpi w14:val="300"/>
  <w15:docId w15:val="{A34E0377-EA87-4F54-99CE-B2510C1B5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878cce-4ba3-47c9-bba2-802d2d604774"/>
    <Date xmlns="eaff1878-c271-4814-910b-972278de832e" xsi:nil="true"/>
    <Modifiedby xmlns="eaff1878-c271-4814-910b-972278de832e">
      <UserInfo>
        <DisplayName/>
        <AccountId xsi:nil="true"/>
        <AccountType/>
      </UserInfo>
    </Modifiedby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1FF19E-42B4-4DEC-BED9-A80DC49F2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78cce-4ba3-47c9-bba2-802d2d604774"/>
    <ds:schemaRef ds:uri="eaff1878-c271-4814-910b-972278de8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B20178-2930-4B3F-9D2B-D35D595A37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B6714D-B956-4A8F-BCC7-D9CCC52C41C5}">
  <ds:schemaRefs>
    <ds:schemaRef ds:uri="http://schemas.microsoft.com/office/2006/metadata/properties"/>
    <ds:schemaRef ds:uri="http://schemas.microsoft.com/office/infopath/2007/PartnerControls"/>
    <ds:schemaRef ds:uri="23878cce-4ba3-47c9-bba2-802d2d604774"/>
    <ds:schemaRef ds:uri="eaff1878-c271-4814-910b-972278de83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Coffield</dc:creator>
  <cp:keywords/>
  <dc:description>generated by python-docx</dc:description>
  <cp:lastModifiedBy>Paul Forster</cp:lastModifiedBy>
  <cp:revision>2</cp:revision>
  <dcterms:created xsi:type="dcterms:W3CDTF">2026-10-20T14:56:00Z</dcterms:created>
  <dcterms:modified xsi:type="dcterms:W3CDTF">2026-10-20T14:56:00Z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